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SOLMERE</w:t>
      </w:r>
    </w:p>
    <w:p>
      <w:pPr>
        <w:jc w:val="center"/>
      </w:pPr>
      <w:r>
        <w:rPr>
          <w:b/>
          <w:sz w:val="26"/>
        </w:rPr>
        <w:t>Week 2 开发进度</w:t>
      </w:r>
    </w:p>
    <w:p>
      <w:pPr>
        <w:jc w:val="center"/>
      </w:pPr>
      <w:r>
        <w:rPr>
          <w:i/>
          <w:sz w:val="18"/>
        </w:rPr>
        <w:t>Development Update</w:t>
      </w:r>
    </w:p>
    <w:p>
      <w:pPr>
        <w:pStyle w:val="Heading1"/>
      </w:pPr>
      <w:r>
        <w:t>01  本周整体进度</w:t>
      </w:r>
    </w:p>
    <w:p>
      <w:r>
        <w:t>Week 2 主要完成了 Solmere 从整体框架向可运行版本的进一步推进。ETC 已经确立，A 和 B 的人物背景与来到 Solmere 的动机得到补充，团队完成了人物关系表，并从小镇角色中确定 12 位主要 NPC，作为后续人物文本和关系设计的重点。几个核心小游戏已经完成 MVP，基础功能基本可以运行，目前进入机制细化和程序修整阶段。美术任务已经完成分配，素材正在持续绘制和替换。声音方面已经补充一批基础音效，正式配乐正在等待音乐组继续推进。</w:t>
      </w:r>
    </w:p>
    <w:p>
      <w:r>
        <w:t>本周也重新整理了主线和各玩法之间的连接。小镇故事得到进一步丰富，部分支线已经加入原型，已有小游戏进行了交互和流程调整。当前开发重点逐渐从单个玩法是否成立，转向玩家为什么前往一个地点，为什么认识某个 NPC，以及一次行动怎样继续引导到下一段探索。</w:t>
      </w:r>
    </w:p>
    <w:p>
      <w:pPr>
        <w:pStyle w:val="Heading1"/>
      </w:pPr>
      <w:r>
        <w:t>02  主线档案系统</w:t>
      </w:r>
    </w:p>
    <w:p>
      <w:r>
        <w:t>玩家需要在 Solmere 居住的七天内完成一份个人档案，并在期限结束时提交。档案提供持续的主线目标，也推动玩家主动探索小镇和建立关系。档案采用开放式编辑形式，玩家可以打字和手写，可以涂鸦，可以拼贴照片，也可以加入小票和便签等生活素材。玩家在七天里去过的地方，认识的人和留下的物件都可以成为档案内容，因此最终成品会根据每位玩家的经历形成明显差异。</w:t>
      </w:r>
    </w:p>
    <w:p>
      <w:r>
        <w:t>这套设计与 Solmere 的城市设定直接关联。小镇的艺术和传媒产业活跃，聚集了大量创作者，整体创作生态参考洛杉矶式的追梦环境。当地长期居住申请因此会关注申请者的个人表达和与社区建立的实际联系。档案把这种城市价值转化为主线玩法。玩家为了丰富档案，会自然进入不同地点，参与活动，认识人物，拍摄照片和保存生活痕迹。</w:t>
      </w:r>
    </w:p>
    <w:p>
      <w:pPr>
        <w:pStyle w:val="Heading1"/>
      </w:pPr>
      <w:r>
        <w:t>03  A 与 B 的角色设计</w:t>
      </w:r>
    </w:p>
    <w:p>
      <w:r>
        <w:t>A 和 B 会分别经历自己的七天，两个人在故事最后才会真正见面，结局采用 open ending。A 从事艺术和创意相关工作，目前正在推进一个需要音乐合作的项目。她来到 Solmere，一方面受到当地开放和多元的创作环境吸引，另一方面希望接触音乐工作室和音乐人，为自己的项目寻找合适的合作对象。B 的家庭经济条件相对普通，她喜欢音乐，学习和工作的方向更接近制作和后期。Solmere 的工作机会和薪资条件对她具有现实吸引力，同时当地的创作环境也让她能够继续靠近音乐。</w:t>
      </w:r>
    </w:p>
    <w:p>
      <w:r>
        <w:t>下一阶段会继续深化两位角色在时间 金钱和人脉上的策略差异。金钱可以购买效率和服务，人际关系可以带来介绍 折扣和替代路线，时间决定玩家能够参与多少事件以及愿意为一段关系投入多少行动成本。例如前往较远地点时，A 可以直接支付车费来节省时间。B 可以通过此前建立的关系帮助某位 NPC 完成一个小任务，再获得对方顺路接送。后一种路线减少经济支出，同时需要投入时间并提前积累关系。两位角色会拥有不同的初始倾向，同时保留足够的选择空间，让玩家能够改变后续发展。</w:t>
      </w:r>
    </w:p>
    <w:p>
      <w:pPr>
        <w:pStyle w:val="Heading1"/>
      </w:pPr>
      <w:r>
        <w:t>04  人物关系与 12 位主要 NPC</w:t>
      </w:r>
    </w:p>
    <w:p>
      <w:r>
        <w:t>本周完成人物关系表，并确定 12 位主要 NPC。后续会围绕这些人物继续发展完整的关系线和个人故事。NPC 之间也会形成介绍和帮助关系，使玩家认识一个人之后能够获得新的信息和行动路径。人物之间的联系会逐渐成为探索逻辑的一部分，例如某位 NPC 提到另一个人，玩家完成一项委托后获得新的地点信息，新的角色再继续提供下一段线索或机会。下周会重点完善这种一环扣一环的引导，让玩家在小镇中的移动和社交具有更自然的动机，同时让人脉逐渐成为可以实际使用和积累的资源。</w:t>
      </w:r>
    </w:p>
    <w:p>
      <w:pPr>
        <w:pStyle w:val="Heading1"/>
      </w:pPr>
      <w:r>
        <w:t>05  小游戏与交互系统</w:t>
      </w:r>
    </w:p>
    <w:p>
      <w:pPr>
        <w:pStyle w:val="Heading2"/>
      </w:pPr>
      <w:r>
        <w:t>餐厅经营</w:t>
      </w:r>
    </w:p>
    <w:p>
      <w:r>
        <w:t>餐厅是目前已经完成 MVP 的主要小游戏之一，同时也是玩家获得收入的方式。玩家进入餐厅后会完成从接单到烹饪再到出餐的完整流程。烹饪近景重点参考 Venba 的交互方式，玩家直接操作食材和厨具，完成切 煮 炒 加水 调味和装盘等步骤。食材拥有实际库存，拿走后对应位置会发生变化，库存耗尽后顾客菜单也会随之调整。菜谱支持玩家直接绘制和记录，玩家创造的菜品可以继续进入经营流程。目前正在继续处理水体体积感 锅铲角度 食物状态连续性和顾客反馈，让操作更自然。</w:t>
      </w:r>
    </w:p>
    <w:p>
      <w:pPr>
        <w:pStyle w:val="Heading2"/>
      </w:pPr>
      <w:r>
        <w:t>音乐采样与唱片制作</w:t>
      </w:r>
    </w:p>
    <w:p>
      <w:r>
        <w:t>音乐采样是唱片店中的完整小游戏，同时也参与经济系统。玩家携带录音设备探索 Solmere，在不同地点收集环境声 人物活动和具有节奏感的生活声音。录下来的内容会进入个人声音素材库。玩家随后前往唱片店，使用店内的编曲工作台剪辑 排列和组合采样，逐渐完成一首自己的音乐作品。</w:t>
      </w:r>
    </w:p>
    <w:p>
      <w:r>
        <w:t>编曲阶段会继续发展声音绘图功能。玩家可以在时间轴和波形上直接绘制声音变化，控制音高 音量 滤波 混响 声像和故障效果，让采样从素材逐渐变成具有个人风格的作品。完成后可以制作成自己的唱片，并将唱片卖给老板获得收入。这个玩法形成探索 录音 编曲 制作和出售的完整循环，也让录音机 唱片店和小镇环境产生持续联系。</w:t>
      </w:r>
    </w:p>
    <w:p>
      <w:pPr>
        <w:pStyle w:val="Heading2"/>
      </w:pPr>
      <w:r>
        <w:t>拼贴诗与信件</w:t>
      </w:r>
    </w:p>
    <w:p>
      <w:r>
        <w:t>拼贴诗和信件已经扩展为完整的手作桌面小游戏。玩家可以翻阅报纸 海报和其他纸张素材，使用剪刀和刻刀进行不同方式的切割，拉伸并剪断胶带，也可以直接用笔书写或使用打字机输入文字。完成内容后，玩家可以折叠信纸并放入信封，再通过点燃蜡烛 加热蜡粒 倒蜡和压印完成火漆封口。纸张 剪切 书写 打字 火焰和火漆都会继续补充对应的声音和操作反馈。</w:t>
      </w:r>
    </w:p>
    <w:p>
      <w:r>
        <w:t>这一系统同时加入漂流信功能。玩家可以写自己的信并寄出，服务器会保存信件并分发给其他玩家。收到信件的玩家可以选择回复，回复会在之后回到原玩家手中。游戏保持单机主体结构，服务器负责保存和交换异步信件内容。玩家也可以接受与写信和拼贴相关的委托，并通过完成委托获得收入。</w:t>
      </w:r>
    </w:p>
    <w:p>
      <w:pPr>
        <w:pStyle w:val="Heading2"/>
      </w:pPr>
      <w:r>
        <w:t>塔罗店与万景图</w:t>
      </w:r>
    </w:p>
    <w:p>
      <w:r>
        <w:t>塔罗店目前包含占卜和故事两种主要体验。早期方案曾将塔罗和海龟汤结合，通过自由提问和 Yes 或 No 回答逐步推导故事。开发评估后，开放式语言判断会持续产生 API 成本和维护压力，因此当前版本采用更稳定的本地内容结构。</w:t>
      </w:r>
    </w:p>
    <w:p>
      <w:r>
        <w:t>故事模式加入万景图。万景图是一套通过图像联想构建叙事的卡牌系统，每张图像可以代表人物 地点 动作 物件 情绪或象征信息。玩家先抽取塔罗牌，再选择和摆放万景图，通过图像之间的联系逐渐形成一个故事。塔罗提供主题和情绪方向，万景图提供具体的视觉信息和叙事组合。占卜模式则保留洗牌 抽牌 翻牌和解读的完整桌面体验。</w:t>
      </w:r>
    </w:p>
    <w:p>
      <w:pPr>
        <w:pStyle w:val="Heading2"/>
      </w:pPr>
      <w:r>
        <w:t>观景台与天文望远镜</w:t>
      </w:r>
    </w:p>
    <w:p>
      <w:r>
        <w:t>观景台会展示项目参与者在群内分享的照片，让真实生活素材进入 Solmere。照片会以轮播方式呈现，玩家可以在这里停留和观看。附近设置天文望远镜，玩家进入后可以观看具有商用授权的星云视觉素材，并通过 3D 空间和视角移动形成具有纵深的星空体验。这个区域整体节奏较慢，为七天探索提供一段相对安静的观察空间。</w:t>
      </w:r>
    </w:p>
    <w:p>
      <w:pPr>
        <w:pStyle w:val="Heading2"/>
      </w:pPr>
      <w:r>
        <w:t>对话与消除误会</w:t>
      </w:r>
    </w:p>
    <w:p>
      <w:r>
        <w:t>原有的消除误会玩法本周已经开始融入 NPC 对话。玩家会在交流过程中接触不同人物的表达和信息，并通过对话处理理解偏差和人物之间的关系问题。目前这一部分仍处于重新设计阶段，团队正在继续寻找更合适的视觉参考和交互形式。Week 3 会重点调整这一机制的表现方式，使它与正常对话衔接得更自然，同时保留清晰的游戏反馈和策略空间。</w:t>
      </w:r>
    </w:p>
    <w:p>
      <w:pPr>
        <w:pStyle w:val="Heading1"/>
      </w:pPr>
      <w:r>
        <w:t>06  经济循环</w:t>
      </w:r>
    </w:p>
    <w:p>
      <w:r>
        <w:t>目前玩家拥有几条明确的收入路径。餐厅经营可以通过完成工作获得收入。音乐采样可以将小镇中收集到的声音制作成唱片，再出售给唱片店老板。信件和拼贴系统中也会存在付费委托。不同工作会占用不同时间，并连接不同地点和 NPC。收入随后可以继续用于交通 占卜 制作和其他消费，因此赚钱与七天内的时间规划 人际关系和探索路线会持续互相影响。</w:t>
      </w:r>
    </w:p>
    <w:p>
      <w:pPr>
        <w:pStyle w:val="Heading1"/>
      </w:pPr>
      <w:r>
        <w:t>07  A 与 B 的 3D 记忆空间</w:t>
      </w:r>
    </w:p>
    <w:p>
      <w:r>
        <w:t>A 和 B 的房间加入了一个从 2D 物件进入 3D 记忆的叙事玩法。玩家在现实房间中可以发现照片 曲谱 图画 日记等关键物件。点击特定物件后，2D 图像会逐渐扩展为一个可以进入的 3D 空间，转场体验会参考 Viewfinder 中平面图像向空间展开的视觉感受。玩家随后以第一人称进入角色记忆中的房间或场景进行探索。</w:t>
      </w:r>
    </w:p>
    <w:p>
      <w:r>
        <w:t>这些空间来自 A 和 B 过去真实生活过的地方。玩家可以观察房间尺度 家具摆放 照片 日记 票据 贴纸 收据和其他生活物件，从环境中逐渐了解两个人以前的生活条件 性格习惯和重要经历。部分没有直接说出口的心理活动也可以通过空间中的文字出现。这个系统会把人物背景分散到可探索的记忆中，让玩家通过观察和移动逐渐拼出两位主角过去发生过什么，并进一步理解她们为什么会来到 Solmere。</w:t>
      </w:r>
    </w:p>
    <w:p>
      <w:pPr>
        <w:pStyle w:val="Heading1"/>
      </w:pPr>
      <w:r>
        <w:t>08  小镇故事与夜间支线</w:t>
      </w:r>
    </w:p>
    <w:p>
      <w:r>
        <w:t>本周继续补充小镇内部的故事，使探索拥有更多来自好奇心和人物关系的动力。新增的夜间幽灵支线由周小六提供委托。玩家得知 Solmere 夜晚最近出现一群幽灵，前往现场后会发现一块白布和动物爪印。点击这个关键线索后会开放临时地点，玩家最终发现幽灵是一群猫狗假扮的。领头的小狗曾经参加 Solmere 镇长竞选，落选后召集动物朋友在夜间披着白布出来吓人。任务通过传闻 调查 线索和揭晓完成，也进一步丰富了夜晚的小镇体验。</w:t>
      </w:r>
    </w:p>
    <w:p>
      <w:pPr>
        <w:pStyle w:val="Heading1"/>
      </w:pPr>
      <w:r>
        <w:t>09  美术 UI 与声音方向</w:t>
      </w:r>
    </w:p>
    <w:p>
      <w:r>
        <w:t>Solmere 的视觉方向已经进一步统一。场景参考普罗旺斯和意大利夏季海边小镇的明亮感，使用温暖日光 浅色建筑 柠檬和海风等视觉元素，并保持简洁的 2D 几何概括和轻手绘质感。城市的创作生态参考洛杉矶，因此视觉上的南欧夏日气质会与年轻创作者聚集的艺术社区设定同时存在。后续音乐也会沿着夏日 海边和创作社区的氛围继续发展。</w:t>
      </w:r>
    </w:p>
    <w:p>
      <w:r>
        <w:t>UI 已经完成一轮整理，当前重点包括随身本 档案 相机 录音机 对话系统 塔罗桌面 餐厅和信件界面。下一阶段会继续统一信息层级和操作反馈，让不同玩法之间保持一致的视觉语言。声音方面已经加入部分环境和交互音效，Week 3 会继续补齐，并在音乐组完成配乐后进入实际场景测试。</w:t>
      </w:r>
    </w:p>
    <w:p>
      <w:pPr>
        <w:pStyle w:val="Heading1"/>
      </w:pPr>
      <w:r>
        <w:t>10  当前开发状态与录屏安排</w:t>
      </w:r>
    </w:p>
    <w:p>
      <w:r>
        <w:t>目前主要小游戏已经完成 MVP，基础功能可以运行，开发进入素材替换 机制细化 UI 统一 声音补充和程序修整阶段。美术素材仍在陆续制作，程序端也有少量问题正在修复。原计划 Week 2 录制一版完整演示，现调整到下一轮版本稳定后进行。完成关键素材替换和基础问题修整后再录制，可以更准确地展示目前已经确定的视觉和交互体验。</w:t>
      </w:r>
    </w:p>
    <w:p>
      <w:pPr>
        <w:pStyle w:val="Heading1"/>
      </w:pPr>
      <w:r>
        <w:t>11  Week 3 重点计划</w:t>
      </w:r>
    </w:p>
    <w:p>
      <w:r>
        <w:t>Week 3 的重点会放在 NPC 关系网络 对话文本和探索引导逻辑。团队会继续完善 12 位主要 NPC 的语言特点 个人故事和彼此之间的关系，同时设计更清晰的连锁引导。玩家从一个人物获得的信息可以自然带向另一个人物或地点，完成一项委托后可以获得新的关系 线索或行动机会，后续内容再继续连接到新的探索。目标是让玩家在七天里的行动形成连续的因果关系，并让人脉逐渐成为可以实际使用的资源。</w:t>
      </w:r>
    </w:p>
    <w:p>
      <w:r>
        <w:t>A 和 B 的资源策略也会继续深化，重点设计时间 金钱 人脉 信息和机会之间的转换。已有小游戏会继续打磨操作流程和反馈，其中消除误会机制会重新设计表现形式。程序同步处理现有问题，美术素材完成后逐步替换进游戏。UI 将进行下一轮统一，音效继续补充，并等待音乐组的正式配乐进入场景测试。整体开发会优先提高现有内容的完成度和系统之间的连贯性，为下一版完整录屏做好准备。</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00"/>
    </w:pPr>
    <w:rPr>
      <w:rFonts w:ascii="Arial" w:hAnsi="Arial" w:eastAsia="Microsoft YaHe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Microsoft YaHei"/>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Microsoft YaHe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rial" w:hAnsi="Arial" w:eastAsia="Microsoft YaHe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